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" w:hAnsi="Arial"/>
          <w:b/>
          <w:color w:val="9C1F33"/>
          <w:sz w:val="18"/>
        </w:rPr>
        <w:t>NEXGEN JOURNAL · REVIEW ARTICLE TEMPLATE</w:t>
      </w:r>
    </w:p>
    <w:p>
      <w:pPr>
        <w:spacing w:after="80"/>
        <w:jc w:val="center"/>
      </w:pPr>
      <w:r>
        <w:rPr>
          <w:rFonts w:ascii="Times New Roman" w:hAnsi="Times New Roman"/>
          <w:b/>
          <w:color w:val="14223F"/>
          <w:sz w:val="40"/>
        </w:rPr>
        <w:t>[ Your Paper Title Here ]</w:t>
      </w:r>
    </w:p>
    <w:p>
      <w:pPr>
        <w:spacing w:after="200"/>
        <w:jc w:val="center"/>
      </w:pPr>
      <w:r>
        <w:rPr>
          <w:i/>
          <w:color w:val="9C1F33"/>
          <w:sz w:val="20"/>
        </w:rPr>
        <w:t>Do not include author names, school, or mentor names. Manuscripts are reviewed anonymously; your details are collected in the online submission form.</w:t>
      </w:r>
    </w:p>
    <w:p>
      <w:pPr>
        <w:pBdr>
          <w:bottom w:val="single" w:sz="6" w:space="1" w:color="E4E0D6"/>
        </w:pBdr>
        <w:spacing w:after="160"/>
      </w:pP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Abstract</w:t>
      </w:r>
    </w:p>
    <w:p>
      <w:r>
        <w:rPr>
          <w:i/>
          <w:color w:val="6A7180"/>
          <w:sz w:val="20"/>
        </w:rPr>
        <w:t>Write 150 to 250 words summarizing the review question, the scope of literature examined, the key findings, and your synthesis.</w:t>
      </w:r>
    </w:p>
    <w:p>
      <w:r>
        <w:rPr>
          <w:i w:val="0"/>
        </w:rPr>
        <w:t>[ Write your abstract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Recommended sections</w:t>
      </w:r>
    </w:p>
    <w:p>
      <w:r>
        <w:rPr>
          <w:i/>
          <w:color w:val="6A7180"/>
          <w:sz w:val="20"/>
        </w:rPr>
        <w:t>A strong review article generally includes the following sections. Use headings as needed; you do not have to use every heading.</w:t>
      </w:r>
    </w:p>
    <w:p>
      <w:pPr>
        <w:pStyle w:val="ListBullet"/>
      </w:pPr>
      <w:r>
        <w:rPr>
          <w:b/>
        </w:rPr>
        <w:t>Introduction</w:t>
      </w:r>
      <w:r>
        <w:t xml:space="preserve">  Introduce the topic and its significance.</w:t>
      </w:r>
    </w:p>
    <w:p>
      <w:pPr>
        <w:pStyle w:val="ListBullet"/>
      </w:pPr>
      <w:r>
        <w:rPr>
          <w:b/>
        </w:rPr>
        <w:t>The Research Question</w:t>
      </w:r>
      <w:r>
        <w:t xml:space="preserve">  State the focused question your review addresses.</w:t>
      </w:r>
    </w:p>
    <w:p>
      <w:pPr>
        <w:pStyle w:val="ListBullet"/>
      </w:pPr>
      <w:r>
        <w:rPr>
          <w:b/>
        </w:rPr>
        <w:t>Methodology of the Review</w:t>
      </w:r>
      <w:r>
        <w:t xml:space="preserve">  Explain how you located and selected the literature you examined.</w:t>
      </w:r>
    </w:p>
    <w:p>
      <w:pPr>
        <w:pStyle w:val="ListBullet"/>
      </w:pPr>
      <w:r>
        <w:rPr>
          <w:b/>
        </w:rPr>
        <w:t>Evaluation of the Literature</w:t>
      </w:r>
      <w:r>
        <w:t xml:space="preserve">  Assess the quality, similarities, differences, and contradictions across the studies.</w:t>
      </w:r>
    </w:p>
    <w:p>
      <w:pPr>
        <w:pStyle w:val="ListBullet"/>
      </w:pPr>
      <w:r>
        <w:rPr>
          <w:b/>
        </w:rPr>
        <w:t>Synthesis</w:t>
      </w:r>
      <w:r>
        <w:t xml:space="preserve">  Develop an independent synthesis of the evidence and identify open questions.</w:t>
      </w:r>
    </w:p>
    <w:p>
      <w:pPr>
        <w:pStyle w:val="ListBullet"/>
      </w:pPr>
      <w:r>
        <w:rPr>
          <w:b/>
        </w:rPr>
        <w:t>Conclusion</w:t>
      </w:r>
      <w:r>
        <w:t xml:space="preserve">  Summarize the state of the field and directions for future research.</w:t>
      </w:r>
    </w:p>
    <w:p>
      <w:pPr>
        <w:pStyle w:val="ListBullet"/>
      </w:pPr>
      <w:r>
        <w:rPr>
          <w:b/>
        </w:rPr>
        <w:t>Acknowledgements</w:t>
      </w:r>
      <w:r>
        <w:t xml:space="preserve">  Recognize contributors who do not qualify for authorship.</w:t>
      </w:r>
    </w:p>
    <w:p>
      <w:pPr>
        <w:pBdr>
          <w:bottom w:val="single" w:sz="6" w:space="1" w:color="E4E0D6"/>
        </w:pBdr>
        <w:spacing w:after="160"/>
      </w:pP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Formatting requirements</w:t>
      </w:r>
    </w:p>
    <w:p>
      <w:pPr>
        <w:pStyle w:val="ListBullet"/>
      </w:pPr>
      <w:r>
        <w:rPr>
          <w:b/>
        </w:rPr>
        <w:t xml:space="preserve">Length: </w:t>
      </w:r>
      <w:r>
        <w:t>Two to three pages for original research, or four to five pages for review articles, excluding figures and references.</w:t>
      </w:r>
    </w:p>
    <w:p>
      <w:pPr>
        <w:pStyle w:val="ListBullet"/>
      </w:pPr>
      <w:r>
        <w:rPr>
          <w:b/>
        </w:rPr>
        <w:t xml:space="preserve">Font and spacing: </w:t>
      </w:r>
      <w:r>
        <w:t>Times New Roman, 11 point, 1.15 line spacing, one inch margins on all sides. Use italics for emphasis; do not underline.</w:t>
      </w:r>
    </w:p>
    <w:p>
      <w:pPr>
        <w:pStyle w:val="ListBullet"/>
      </w:pPr>
      <w:r>
        <w:rPr>
          <w:b/>
        </w:rPr>
        <w:t xml:space="preserve">References: </w:t>
      </w:r>
      <w:r>
        <w:t>Use a numbered bracketed citation style, consistent with IEEE, applied throughout. List all references in a References section at the end.</w:t>
      </w:r>
    </w:p>
    <w:p>
      <w:pPr>
        <w:pStyle w:val="ListBullet"/>
      </w:pPr>
      <w:r>
        <w:rPr>
          <w:b/>
        </w:rPr>
        <w:t xml:space="preserve">Figures and tables: </w:t>
      </w:r>
      <w:r>
        <w:t>Number every figure and table, add a clear caption, and refer to each one in the text. Prepare figures using the NexGen Figures Template. Figure captions go below the figure; table titles go above the table.</w:t>
      </w:r>
    </w:p>
    <w:p>
      <w:pPr>
        <w:pStyle w:val="ListBullet"/>
      </w:pPr>
      <w:r>
        <w:rPr>
          <w:b/>
        </w:rPr>
        <w:t xml:space="preserve">Abbreviations and units: </w:t>
      </w:r>
      <w:r>
        <w:t>Define each abbreviation the first time it is used, even if it was defined in the abstract. Use SI units.</w:t>
      </w:r>
    </w:p>
    <w:p>
      <w:pPr>
        <w:pStyle w:val="ListBullet"/>
      </w:pPr>
      <w:r>
        <w:rPr>
          <w:b/>
        </w:rPr>
        <w:t xml:space="preserve">Anonymity: </w:t>
      </w:r>
      <w:r>
        <w:t>Remove all author, school, and mentor names from the manuscript so it can be reviewed anonymously.</w:t>
      </w:r>
    </w:p>
    <w:p>
      <w:pPr>
        <w:pStyle w:val="ListBullet"/>
      </w:pPr>
      <w:r>
        <w:rPr>
          <w:b/>
        </w:rPr>
        <w:t xml:space="preserve">File format: </w:t>
      </w:r>
      <w:r>
        <w:t>Save and submit your manuscript as a single Microsoft Word (.docx) file.</w:t>
      </w:r>
    </w:p>
    <w:p>
      <w:pPr>
        <w:pStyle w:val="ListBullet"/>
      </w:pPr>
      <w:r>
        <w:rPr>
          <w:b/>
        </w:rPr>
        <w:t xml:space="preserve">File name: </w:t>
      </w:r>
      <w:r>
        <w:t>Name your file using the first three words of your paper title, separated by underscores. Example: a paper titled "Interactive Figure-Text Integration at Document Scale" is named Interactive_Figure_Text.docx.</w:t>
      </w:r>
    </w:p>
    <w:p>
      <w:pPr>
        <w:pBdr>
          <w:bottom w:val="single" w:sz="6" w:space="1" w:color="E4E0D6"/>
        </w:pBdr>
        <w:spacing w:after="160"/>
      </w:pP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Start writing below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Introduction</w:t>
      </w:r>
    </w:p>
    <w:p>
      <w:r>
        <w:rPr>
          <w:i w:val="0"/>
        </w:rPr>
        <w:t>[ Introduction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The Research Question</w:t>
      </w:r>
    </w:p>
    <w:p>
      <w:r>
        <w:rPr>
          <w:i w:val="0"/>
        </w:rPr>
        <w:t>[ The Research Question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Methodology of the Review</w:t>
      </w:r>
    </w:p>
    <w:p>
      <w:r>
        <w:rPr>
          <w:i w:val="0"/>
        </w:rPr>
        <w:t>[ Methodology of the Review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Evaluation of the Literature</w:t>
      </w:r>
    </w:p>
    <w:p>
      <w:r>
        <w:rPr>
          <w:i w:val="0"/>
        </w:rPr>
        <w:t>[ Evaluation of the Literature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Synthesis</w:t>
      </w:r>
    </w:p>
    <w:p>
      <w:r>
        <w:rPr>
          <w:i w:val="0"/>
        </w:rPr>
        <w:t>[ Synthesis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Conclusion</w:t>
      </w:r>
    </w:p>
    <w:p>
      <w:r>
        <w:rPr>
          <w:i w:val="0"/>
        </w:rPr>
        <w:t>[ Conclusion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Acknowledgements</w:t>
      </w:r>
    </w:p>
    <w:p>
      <w:r>
        <w:rPr>
          <w:i w:val="0"/>
        </w:rPr>
        <w:t>[ Acknowledgements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References</w:t>
      </w:r>
    </w:p>
    <w:p>
      <w:r>
        <w:rPr>
          <w:i/>
          <w:color w:val="6A7180"/>
          <w:sz w:val="20"/>
        </w:rPr>
        <w:t>List your references in a numbered bracketed (IEEE) style, one per entry.</w:t>
      </w:r>
    </w:p>
    <w:p>
      <w:r>
        <w:rPr>
          <w:i w:val="0"/>
        </w:rPr>
        <w:t>[1]  A. Author, "Title of the paper," Title of Journal or Source, vol. x, no. x, pp. xxx-xxx, Year.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after="120"/>
    </w:pPr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