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rFonts w:ascii="Arial" w:hAnsi="Arial"/>
          <w:b/>
          <w:color w:val="9C1F33"/>
          <w:sz w:val="20"/>
        </w:rPr>
        <w:t>NEXGEN JOURNAL</w:t>
      </w:r>
    </w:p>
    <w:p>
      <w:r>
        <w:rPr>
          <w:rFonts w:ascii="Times New Roman" w:hAnsi="Times New Roman"/>
          <w:b/>
          <w:color w:val="14223F"/>
          <w:sz w:val="36"/>
        </w:rPr>
        <w:t>Permission to Publish Form</w:t>
      </w:r>
    </w:p>
    <w:p>
      <w:r>
        <w:rPr>
          <w:i/>
          <w:color w:val="6A7180"/>
          <w:sz w:val="20"/>
        </w:rPr>
        <w:t>Complete and sign this form, then upload it with your submission. If the author is under 18, a parent or legal guardian must also sign.</w:t>
      </w:r>
    </w:p>
    <w:p>
      <w:pPr>
        <w:spacing w:before="200" w:after="60"/>
      </w:pPr>
      <w:r>
        <w:rPr>
          <w:rFonts w:ascii="Arial" w:hAnsi="Arial"/>
          <w:b/>
          <w:color w:val="14223F"/>
          <w:sz w:val="26"/>
        </w:rPr>
        <w:t>Author (Student) Information</w:t>
      </w:r>
    </w:p>
    <w:p>
      <w:r>
        <w:rPr>
          <w:sz w:val="22"/>
        </w:rPr>
        <w:t xml:space="preserve">First and Last Name  </w:t>
      </w:r>
      <w:r>
        <w:rPr>
          <w:sz w:val="22"/>
        </w:rPr>
        <w:t>_________________________________________</w:t>
      </w:r>
    </w:p>
    <w:p>
      <w:r>
        <w:rPr>
          <w:sz w:val="22"/>
        </w:rPr>
        <w:t xml:space="preserve">High School  </w:t>
      </w:r>
      <w:r>
        <w:rPr>
          <w:sz w:val="22"/>
        </w:rPr>
        <w:t>_________________________________________________</w:t>
      </w:r>
    </w:p>
    <w:p>
      <w:r>
        <w:rPr>
          <w:sz w:val="22"/>
        </w:rPr>
        <w:t xml:space="preserve">School Location (City, State/Province, Country)  </w:t>
      </w:r>
      <w:r>
        <w:rPr>
          <w:sz w:val="22"/>
        </w:rPr>
        <w:t>_____________</w:t>
      </w:r>
    </w:p>
    <w:p>
      <w:r>
        <w:rPr>
          <w:sz w:val="22"/>
        </w:rPr>
        <w:t xml:space="preserve">Paper Title  </w:t>
      </w:r>
      <w:r>
        <w:rPr>
          <w:sz w:val="22"/>
        </w:rPr>
        <w:t>_________________________________________________</w:t>
      </w:r>
    </w:p>
    <w:p>
      <w:r>
        <w:rPr>
          <w:sz w:val="22"/>
        </w:rPr>
        <w:t xml:space="preserve">Email  </w:t>
      </w:r>
      <w:r>
        <w:rPr>
          <w:sz w:val="22"/>
        </w:rPr>
        <w:t>_______________________________________________________</w:t>
      </w:r>
    </w:p>
    <w:p>
      <w:pPr>
        <w:spacing w:before="200" w:after="60"/>
      </w:pPr>
      <w:r>
        <w:rPr>
          <w:rFonts w:ascii="Arial" w:hAnsi="Arial"/>
          <w:b/>
          <w:color w:val="14223F"/>
          <w:sz w:val="26"/>
        </w:rPr>
        <w:t>Mentor or Teacher Information (if applicable)</w:t>
      </w:r>
    </w:p>
    <w:p>
      <w:r>
        <w:rPr>
          <w:sz w:val="22"/>
        </w:rPr>
        <w:t xml:space="preserve">Name and Title  </w:t>
      </w:r>
      <w:r>
        <w:rPr>
          <w:sz w:val="22"/>
        </w:rPr>
        <w:t>______________________________________________</w:t>
      </w:r>
    </w:p>
    <w:p>
      <w:r>
        <w:rPr>
          <w:sz w:val="22"/>
        </w:rPr>
        <w:t xml:space="preserve">Institution  </w:t>
      </w:r>
      <w:r>
        <w:rPr>
          <w:sz w:val="22"/>
        </w:rPr>
        <w:t>_________________________________________________</w:t>
      </w:r>
    </w:p>
    <w:p>
      <w:r>
        <w:rPr>
          <w:sz w:val="22"/>
        </w:rPr>
        <w:t xml:space="preserve">Email  </w:t>
      </w:r>
      <w:r>
        <w:rPr>
          <w:sz w:val="22"/>
        </w:rPr>
        <w:t>_______________________________________________________</w:t>
      </w:r>
    </w:p>
    <w:p>
      <w:pPr>
        <w:spacing w:before="200" w:after="60"/>
      </w:pPr>
      <w:r>
        <w:rPr>
          <w:rFonts w:ascii="Arial" w:hAnsi="Arial"/>
          <w:b/>
          <w:color w:val="14223F"/>
          <w:sz w:val="26"/>
        </w:rPr>
        <w:t>Terms and Conditions of Publication</w:t>
      </w:r>
    </w:p>
    <w:p>
      <w:r>
        <w:rPr>
          <w:b/>
        </w:rPr>
        <w:t xml:space="preserve">1. </w:t>
      </w:r>
      <w:r>
        <w:t>NexGen Journal, published by NexGen Foundation, Inc., has sole and absolute discretion to choose which submitted work is published.</w:t>
      </w:r>
    </w:p>
    <w:p>
      <w:r>
        <w:rPr>
          <w:b/>
        </w:rPr>
        <w:t xml:space="preserve">2. </w:t>
      </w:r>
      <w:r>
        <w:t>The author grants NexGen Journal permission to publish, reproduce, and distribute the submitted work, in whole or in part, in any format or media, should it be accepted for publication. The author retains copyright to the submitted work. NexGen Journal may edit and reorganize the submitted work as needed for publication.</w:t>
      </w:r>
    </w:p>
    <w:p>
      <w:r>
        <w:rPr>
          <w:b/>
        </w:rPr>
        <w:t xml:space="preserve">3. </w:t>
      </w:r>
      <w:r>
        <w:t>The author attests that the submitted work is original, has not been previously published, and is not being submitted elsewhere in substantially the same form. If the work is under review by another organization and is accepted there, the author will notify NexGen Journal immediately.</w:t>
      </w:r>
    </w:p>
    <w:p>
      <w:r>
        <w:rPr>
          <w:b/>
        </w:rPr>
        <w:t xml:space="preserve">4. </w:t>
      </w:r>
      <w:r>
        <w:t>The author attests that the submitted work contains no unlawful statements and does not infringe any copyright, trademark, or right of privacy, and agrees to hold harmless NexGen Journal and NexGen Foundation, Inc. from any liability arising from its publication.</w:t>
      </w:r>
    </w:p>
    <w:p>
      <w:r>
        <w:rPr>
          <w:b/>
        </w:rPr>
        <w:t xml:space="preserve">5. </w:t>
      </w:r>
      <w:r>
        <w:t>The author has obtained any permission required to reproduce third-party material, including tables, figures, images, or photographs not owned by the author.</w:t>
      </w:r>
    </w:p>
    <w:p>
      <w:r>
        <w:rPr>
          <w:b/>
        </w:rPr>
        <w:t xml:space="preserve">6. </w:t>
      </w:r>
      <w:r>
        <w:t>The author has obtained permission to publish from any principal investigator, mentor, or faculty advisor where applicable.</w:t>
      </w:r>
    </w:p>
    <w:p>
      <w:r>
        <w:rPr>
          <w:b/>
        </w:rPr>
        <w:t xml:space="preserve">7. </w:t>
      </w:r>
      <w:r>
        <w:t>All relevant ethical safeguards have been met for any research involving human participants or animals.</w:t>
      </w:r>
    </w:p>
    <w:p>
      <w:r>
        <w:rPr>
          <w:b/>
        </w:rPr>
        <w:t xml:space="preserve">8. </w:t>
      </w:r>
      <w:r>
        <w:t>The author understands that no financial compensation is provided for publication, and that a publication fee applies only after an article is accepted.</w:t>
      </w:r>
    </w:p>
    <w:p>
      <w:pPr>
        <w:spacing w:before="200" w:after="60"/>
      </w:pPr>
      <w:r>
        <w:rPr>
          <w:rFonts w:ascii="Arial" w:hAnsi="Arial"/>
          <w:b/>
          <w:color w:val="14223F"/>
          <w:sz w:val="26"/>
        </w:rPr>
        <w:t>Consent and Signatures</w:t>
      </w:r>
    </w:p>
    <w:p>
      <w:r>
        <w:rPr>
          <w:i/>
          <w:color w:val="6A7180"/>
          <w:sz w:val="20"/>
        </w:rPr>
        <w:t>By signing below, the author acknowledges and agrees to the Terms and Conditions above and attests to the accuracy of the information provided. Where research was carried out with co-authors or a mentor, all parties consent to this submission.</w:t>
      </w:r>
    </w:p>
    <w:p/>
    <w:p>
      <w:r>
        <w:rPr>
          <w:sz w:val="22"/>
        </w:rPr>
        <w:t xml:space="preserve">Author Signature  </w:t>
      </w:r>
      <w:r>
        <w:rPr>
          <w:sz w:val="22"/>
        </w:rPr>
        <w:t>____________________________________________</w:t>
      </w:r>
    </w:p>
    <w:p>
      <w:r>
        <w:rPr>
          <w:sz w:val="22"/>
        </w:rPr>
        <w:t xml:space="preserve">Date  </w:t>
      </w:r>
      <w:r>
        <w:rPr>
          <w:sz w:val="22"/>
        </w:rPr>
        <w:t>________________________________________________________</w:t>
      </w:r>
    </w:p>
    <w:p>
      <w:r>
        <w:rPr>
          <w:sz w:val="22"/>
        </w:rPr>
        <w:t xml:space="preserve">Parent or Guardian Signature (if author is under 18)  </w:t>
      </w:r>
      <w:r>
        <w:rPr>
          <w:sz w:val="22"/>
        </w:rPr>
        <w:t>__________</w:t>
      </w:r>
    </w:p>
    <w:p>
      <w:r>
        <w:rPr>
          <w:sz w:val="22"/>
        </w:rPr>
        <w:t xml:space="preserve">Date  </w:t>
      </w:r>
      <w:r>
        <w:rPr>
          <w:sz w:val="22"/>
        </w:rPr>
        <w:t>________________________________________________________</w:t>
      </w:r>
    </w:p>
    <w:p>
      <w:r>
        <w:rPr>
          <w:sz w:val="22"/>
        </w:rPr>
        <w:t xml:space="preserve">Mentor or Teacher Signature (if applicable)  </w:t>
      </w:r>
      <w:r>
        <w:rPr>
          <w:sz w:val="22"/>
        </w:rPr>
        <w:t>_________________</w:t>
      </w:r>
    </w:p>
    <w:p>
      <w:r>
        <w:rPr>
          <w:sz w:val="22"/>
        </w:rPr>
        <w:t xml:space="preserve">Date  </w:t>
      </w:r>
      <w:r>
        <w:rPr>
          <w:sz w:val="22"/>
        </w:rPr>
        <w:t>________________________________________________________</w:t>
      </w:r>
    </w:p>
    <w:sectPr w:rsidR="00FC693F" w:rsidRPr="0006063C" w:rsidSect="00034616">
      <w:pgSz w:w="12240" w:h="15840"/>
      <w:pgMar w:top="1296" w:right="1440" w:bottom="129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Times New Roman" w:hAnsi="Times New Roman"/>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